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כלל ה-3 בשורה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 רמות הקושי (ירוק, צהוב, אדום) ואת דרכי הביצוע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משבצת משימה חדשה בעקבות שיר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איקס-עיגול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לכתוב שיר באותה תבנית של השיר שלמדו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הכלל בלוח הוא לבחור 3 בשורה, בעמודה או באלכסון, כמו באיקס-עיגול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תמיד משימת חובה ונמצאת במרכז, ולכן כל שורה, עמודה או אלכסון עוברים 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הדף מציין שאפשר לערוך כל משבצת, להחליף רמה 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המשימה ברמה המתקדמת (אדום); ברמה הבסיסית מבקשים להעתיק מילים שאהבו ולהסביר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איקס-עיגול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משימה לדרך ביצוע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(להעתיק מהשיר 3 מילים שאהבו ולהסביר 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(לצייר את התמונה שהשיר יוצר ולשלב בה שורות מתוכו)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(לכתוב שאלות לדובר בשיר ולענות עליהן בזוג)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(לעצב את המילה החשובה ביותר בשיר כקליגרמה)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(לקרוא את השיר בקול בשלוש דרכים רגשיות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בניית 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את נושא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כותרת, שכבת גיל וזמן משוער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לקבוע את כלל הבחירה, למשל 3 בשורה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למלא את תשע המשבצות ברמות ובדרכים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לסמן איזו משבצת היא משימת 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ממוקמת במרכז הלוח, ולכן כל שורה, עמודה או אלכסון בלוח עוברים 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 3 בשורה, בעמודה או באלכסון, כמו איקס-עיגול, כשהמשבצת האמצעית תמיד נכללת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ירוק - בסיסי, צהוב - ביניים, אדום - מתקדם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לצייר את התמונה שהשיר יוצר ולשלב בציור שתי שורות מהשיר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הלוח בעזרת שיר שהכיתה כבר מכירה ולבקש מהתלמידים לבחור שורה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שהמשבצת האמצעית חייבת להיכלל בכל בחירה, גם באלכסון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למשימות השיחה אפשר לארגן עבודה בזוגות כפי שמוצע בלוח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בונים לוח בחירה למידה סביב שיר: תשע משבצות עם רמות קושי שונות ודרכי ביצוע שונות, וכלל בחירה שדומה למשחק איקס-עיגול.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משבצות יש בלוח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משבצת בלוח היא תמיד משימת חובה?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הימנית העליונה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כלל הבחירה בלוח דומה למשחק מוכר - לאיזה?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איקס-עיגול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מסמן את הרמה הבסיסית ביותר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המשימה ברמה האדומה בתחום הכתיבה, לפי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שיר באותה תבנית של השיר שלמדו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להעתיק 3 מילים מהשיר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את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להכין רשימת השמעה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אמצעים אמנותיים מתבקשים למצוא במשבצת החובה?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כל שלוש משבצות בלוח, גם אם אינן בשורה, בטור או באלכסון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האמצעית נכללת תמיד בבחירה, גם כשבוחרים באלכסון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לערוך כל משבצת בלוח ולהחליף את רמת הקושי או דרך הביצוע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הבסיסית (ירוק) מבקשים לכתוב שיר מקורי במבנה מורכב כמו השיר שנלמד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הבחירה יש __________ משבצות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המשבצת ה__________ היא תמיד משימת חובה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הבחירה הוא לבחור 3 משבצות בשורה, כמו במשחק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הצבע __________ מסמן את הרמה המתקדמת ביותר בלוח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משימה לדרך 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כתיבה (בסיסי)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לצייר את התמונה שהשיר יוצר ולשלב בה שורות מתוכו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ציור (ביניים)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להעתיק מהשיר 3 מילים שאהבו ולהסביר 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שיחה (מתקדם)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לעצב את המילה החשובה ביותר בשיר כקליגרמה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יצירה (בסיסי)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לקרוא את השיר בקול בשלוש דרכים רגשיות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תנועה ומשחק (בסיסי)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לכתוב שאלות לדובר בשיר ולענות עליהן בזוג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בניית 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לקבוע את כלל הבחירה, למשל 3 בשורה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לסמן איזו משבצת היא משימת חובה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כותרת, שכבת גיל וזמן משוער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למלא את תשע המשבצות ברמות ובדרכים שונות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נושא הלוח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או שניים למה המשבצת האמצעית נבחרת תמיד, גם כשבוחרים לאורך, לרוחב או באלכסון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כלל הבחירה בלוח שלמדנו, ולמה הוא דומה?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צבעים מסמנים רמות קושי בלוח, ומה המשמעות של כל צבע?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למשימה ברמת ביניים (צהוב) מתוך לוח השיר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לוחות בחירה בשירה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